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7B0" w:rsidRPr="00EC06EF" w:rsidRDefault="00A06200">
      <w:pPr>
        <w:jc w:val="center"/>
        <w:rPr>
          <w:b/>
          <w:sz w:val="28"/>
        </w:rPr>
      </w:pPr>
      <w:r w:rsidRPr="00EC06EF">
        <w:rPr>
          <w:b/>
          <w:sz w:val="28"/>
        </w:rPr>
        <w:t>ICSIE 2</w:t>
      </w:r>
      <w:bookmarkStart w:id="0" w:name="_GoBack"/>
      <w:bookmarkEnd w:id="0"/>
      <w:r w:rsidRPr="00EC06EF">
        <w:rPr>
          <w:b/>
          <w:sz w:val="28"/>
        </w:rPr>
        <w:t>026</w:t>
      </w:r>
    </w:p>
    <w:p w:rsidR="00EE0149" w:rsidRDefault="00E107B0">
      <w:pPr>
        <w:jc w:val="center"/>
      </w:pPr>
      <w:r>
        <w:rPr>
          <w:sz w:val="28"/>
        </w:rPr>
        <w:t>BİLDİRİ</w:t>
      </w:r>
      <w:r w:rsidR="00A06200" w:rsidRPr="00713612">
        <w:rPr>
          <w:sz w:val="28"/>
        </w:rPr>
        <w:t xml:space="preserve"> </w:t>
      </w:r>
      <w:r w:rsidR="00A06200" w:rsidRPr="00713612">
        <w:rPr>
          <w:sz w:val="28"/>
        </w:rPr>
        <w:t xml:space="preserve">TAM METİN </w:t>
      </w:r>
      <w:r w:rsidR="00893669">
        <w:rPr>
          <w:sz w:val="28"/>
        </w:rPr>
        <w:t xml:space="preserve">YAZIM </w:t>
      </w:r>
      <w:r w:rsidR="00A06200" w:rsidRPr="00713612">
        <w:rPr>
          <w:sz w:val="28"/>
        </w:rPr>
        <w:t>ŞABLONU</w:t>
      </w:r>
      <w:r w:rsidR="00713612">
        <w:rPr>
          <w:b/>
          <w:sz w:val="28"/>
        </w:rPr>
        <w:t xml:space="preserve"> / </w:t>
      </w:r>
      <w:r w:rsidR="00713612" w:rsidRPr="00713612">
        <w:rPr>
          <w:b/>
          <w:sz w:val="28"/>
        </w:rPr>
        <w:t>FULL PAPER TEMPLATE</w:t>
      </w:r>
    </w:p>
    <w:p w:rsidR="00EE0149" w:rsidRDefault="00A06200" w:rsidP="00EC06EF">
      <w:pPr>
        <w:jc w:val="both"/>
      </w:pPr>
      <w:r>
        <w:t xml:space="preserve">Sayfa Düzeni: A4 | Kenar Boşlukları: Üst-Alt-Sağ-Sol 2,5 cm | Yazı Tipi: Times New Roman | Ana Metin: 12 nk | Satır Aralığı: Tek | Paragraf: İlk satır girintisi 0,75 cm | Hizalama: İki yana yaslı | </w:t>
      </w:r>
      <w:r>
        <w:t>Paragraf sonrası: 6 nk</w:t>
      </w:r>
    </w:p>
    <w:p w:rsidR="009C3318" w:rsidRPr="00713612" w:rsidRDefault="00713612" w:rsidP="00EC06EF">
      <w:pPr>
        <w:jc w:val="both"/>
        <w:rPr>
          <w:b/>
        </w:rPr>
      </w:pPr>
      <w:r w:rsidRPr="00713612">
        <w:rPr>
          <w:b/>
        </w:rPr>
        <w:t xml:space="preserve">Page Layout: A4 (210 × 297 mm) | Margins: 2.5 cm (Top, Bottom, Left and Right) | Font: Times New Roman | Main Text: 12 </w:t>
      </w:r>
      <w:proofErr w:type="spellStart"/>
      <w:r w:rsidRPr="00713612">
        <w:rPr>
          <w:b/>
        </w:rPr>
        <w:t>pt</w:t>
      </w:r>
      <w:proofErr w:type="spellEnd"/>
      <w:r w:rsidRPr="00713612">
        <w:rPr>
          <w:b/>
        </w:rPr>
        <w:t xml:space="preserve"> | Line Spacing: Single | Paragraph: First-line indent 0.75 cm | Alignment: Justified | Spacing After Paragraph: 6 </w:t>
      </w:r>
      <w:proofErr w:type="spellStart"/>
      <w:r w:rsidRPr="00713612">
        <w:rPr>
          <w:b/>
        </w:rPr>
        <w:t>pt</w:t>
      </w:r>
      <w:proofErr w:type="spellEnd"/>
    </w:p>
    <w:p w:rsidR="00713612" w:rsidRDefault="00713612" w:rsidP="009C3318">
      <w:pPr>
        <w:jc w:val="center"/>
        <w:rPr>
          <w:b/>
          <w:sz w:val="28"/>
          <w:szCs w:val="28"/>
        </w:rPr>
      </w:pPr>
    </w:p>
    <w:p w:rsidR="00713612" w:rsidRDefault="00713612" w:rsidP="009C3318">
      <w:pPr>
        <w:jc w:val="center"/>
        <w:rPr>
          <w:b/>
          <w:sz w:val="28"/>
          <w:szCs w:val="28"/>
        </w:rPr>
      </w:pPr>
    </w:p>
    <w:p w:rsidR="00713612" w:rsidRPr="00713612" w:rsidRDefault="00A06200" w:rsidP="00713612">
      <w:pPr>
        <w:jc w:val="center"/>
        <w:rPr>
          <w:b/>
          <w:sz w:val="28"/>
          <w:szCs w:val="28"/>
        </w:rPr>
      </w:pPr>
      <w:r w:rsidRPr="009C3318">
        <w:rPr>
          <w:b/>
          <w:sz w:val="28"/>
          <w:szCs w:val="28"/>
        </w:rPr>
        <w:t xml:space="preserve">MAKALE BAŞLIĞI </w:t>
      </w:r>
      <w:r w:rsidR="00713612">
        <w:rPr>
          <w:b/>
          <w:sz w:val="28"/>
          <w:szCs w:val="28"/>
        </w:rPr>
        <w:t xml:space="preserve">/ </w:t>
      </w:r>
      <w:r w:rsidR="00713612" w:rsidRPr="00713612">
        <w:rPr>
          <w:b/>
          <w:sz w:val="28"/>
          <w:szCs w:val="28"/>
        </w:rPr>
        <w:t>TITLE OF THE PAPER</w:t>
      </w:r>
    </w:p>
    <w:p w:rsidR="00EE0149" w:rsidRPr="00713612" w:rsidRDefault="008F1BDF" w:rsidP="00713612">
      <w:pPr>
        <w:jc w:val="both"/>
        <w:rPr>
          <w:b/>
        </w:rPr>
      </w:pPr>
      <w:r>
        <w:t>(</w:t>
      </w:r>
      <w:r w:rsidR="00A06200">
        <w:t xml:space="preserve">14 </w:t>
      </w:r>
      <w:proofErr w:type="spellStart"/>
      <w:r w:rsidR="00A06200">
        <w:t>nk</w:t>
      </w:r>
      <w:proofErr w:type="spellEnd"/>
      <w:r w:rsidR="00A06200">
        <w:t xml:space="preserve">, </w:t>
      </w:r>
      <w:proofErr w:type="spellStart"/>
      <w:r w:rsidR="00A06200">
        <w:t>Kalın</w:t>
      </w:r>
      <w:proofErr w:type="spellEnd"/>
      <w:r w:rsidR="00A06200">
        <w:t xml:space="preserve">, </w:t>
      </w:r>
      <w:proofErr w:type="spellStart"/>
      <w:r w:rsidR="00A06200">
        <w:t>Ortalı</w:t>
      </w:r>
      <w:proofErr w:type="spellEnd"/>
      <w:r w:rsidR="00A06200">
        <w:t xml:space="preserve">, </w:t>
      </w:r>
      <w:proofErr w:type="spellStart"/>
      <w:r w:rsidR="00A06200">
        <w:t>Başlık</w:t>
      </w:r>
      <w:proofErr w:type="spellEnd"/>
      <w:r w:rsidR="00A06200">
        <w:t xml:space="preserve"> </w:t>
      </w:r>
      <w:proofErr w:type="spellStart"/>
      <w:r w:rsidR="00A06200">
        <w:t>Biçiminde</w:t>
      </w:r>
      <w:proofErr w:type="spellEnd"/>
      <w:r w:rsidR="00A06200">
        <w:t xml:space="preserve"> </w:t>
      </w:r>
      <w:proofErr w:type="spellStart"/>
      <w:r w:rsidR="00A06200">
        <w:t>Yazınız</w:t>
      </w:r>
      <w:proofErr w:type="spellEnd"/>
      <w:r w:rsidR="00A06200">
        <w:t>.</w:t>
      </w:r>
      <w:r w:rsidR="00713612">
        <w:t xml:space="preserve"> / </w:t>
      </w:r>
      <w:r w:rsidR="00713612" w:rsidRPr="00713612">
        <w:rPr>
          <w:b/>
        </w:rPr>
        <w:t xml:space="preserve">14 </w:t>
      </w:r>
      <w:proofErr w:type="spellStart"/>
      <w:r w:rsidR="00713612" w:rsidRPr="00713612">
        <w:rPr>
          <w:b/>
        </w:rPr>
        <w:t>pt</w:t>
      </w:r>
      <w:proofErr w:type="spellEnd"/>
      <w:r w:rsidR="00713612" w:rsidRPr="00713612">
        <w:rPr>
          <w:b/>
        </w:rPr>
        <w:t xml:space="preserve">, Bold, Centered, </w:t>
      </w:r>
      <w:r w:rsidR="00893669">
        <w:rPr>
          <w:b/>
        </w:rPr>
        <w:t xml:space="preserve">Use </w:t>
      </w:r>
      <w:r w:rsidR="00713612" w:rsidRPr="00713612">
        <w:rPr>
          <w:b/>
        </w:rPr>
        <w:t>Title Case.</w:t>
      </w:r>
      <w:r>
        <w:rPr>
          <w:b/>
        </w:rPr>
        <w:t>)</w:t>
      </w:r>
    </w:p>
    <w:p w:rsidR="009C3318" w:rsidRDefault="009C3318" w:rsidP="00713612">
      <w:pPr>
        <w:jc w:val="both"/>
      </w:pPr>
    </w:p>
    <w:p w:rsidR="00EE0149" w:rsidRPr="00713612" w:rsidRDefault="00A06200" w:rsidP="00713612">
      <w:pPr>
        <w:jc w:val="center"/>
        <w:rPr>
          <w:sz w:val="22"/>
        </w:rPr>
      </w:pPr>
      <w:r w:rsidRPr="00713612">
        <w:rPr>
          <w:b/>
          <w:sz w:val="22"/>
        </w:rPr>
        <w:t>YAZAR</w:t>
      </w:r>
      <w:r w:rsidR="00893669">
        <w:rPr>
          <w:b/>
          <w:sz w:val="22"/>
        </w:rPr>
        <w:t>(LAR)</w:t>
      </w:r>
      <w:r w:rsidR="00713612">
        <w:rPr>
          <w:rStyle w:val="DipnotBavurusu"/>
          <w:b/>
          <w:sz w:val="22"/>
        </w:rPr>
        <w:footnoteReference w:id="1"/>
      </w:r>
      <w:r w:rsidR="00893669">
        <w:rPr>
          <w:b/>
          <w:sz w:val="22"/>
        </w:rPr>
        <w:t xml:space="preserve"> / AUTHOR(S)</w:t>
      </w:r>
      <w:r w:rsidR="00893669">
        <w:rPr>
          <w:rStyle w:val="DipnotBavurusu"/>
          <w:b/>
          <w:sz w:val="22"/>
        </w:rPr>
        <w:footnoteReference w:id="2"/>
      </w:r>
    </w:p>
    <w:p w:rsidR="00EE0149" w:rsidRPr="00713612" w:rsidRDefault="008F1BDF">
      <w:pPr>
        <w:rPr>
          <w:lang w:val="tr-TR"/>
        </w:rPr>
      </w:pPr>
      <w:r>
        <w:t>(</w:t>
      </w:r>
      <w:r w:rsidR="00713612" w:rsidRPr="00713612">
        <w:t xml:space="preserve">11 </w:t>
      </w:r>
      <w:proofErr w:type="spellStart"/>
      <w:r w:rsidR="00713612" w:rsidRPr="00713612">
        <w:t>nk</w:t>
      </w:r>
      <w:proofErr w:type="spellEnd"/>
      <w:r w:rsidR="00713612" w:rsidRPr="00713612">
        <w:t xml:space="preserve">, </w:t>
      </w:r>
      <w:proofErr w:type="spellStart"/>
      <w:r w:rsidR="00713612" w:rsidRPr="00713612">
        <w:t>Ortalı</w:t>
      </w:r>
      <w:proofErr w:type="spellEnd"/>
      <w:r w:rsidR="00713612" w:rsidRPr="00713612">
        <w:t>. Ad</w:t>
      </w:r>
      <w:r w:rsidR="00713612">
        <w:t xml:space="preserve"> SOYAD </w:t>
      </w:r>
      <w:r w:rsidR="00713612">
        <w:rPr>
          <w:lang w:val="tr-TR"/>
        </w:rPr>
        <w:t xml:space="preserve">/ </w:t>
      </w:r>
      <w:r w:rsidR="00713612" w:rsidRPr="00713612">
        <w:rPr>
          <w:b/>
        </w:rPr>
        <w:t xml:space="preserve">11 </w:t>
      </w:r>
      <w:proofErr w:type="spellStart"/>
      <w:r w:rsidR="00713612" w:rsidRPr="00713612">
        <w:rPr>
          <w:b/>
        </w:rPr>
        <w:t>pt</w:t>
      </w:r>
      <w:proofErr w:type="spellEnd"/>
      <w:r w:rsidR="00713612" w:rsidRPr="00713612">
        <w:rPr>
          <w:b/>
        </w:rPr>
        <w:t>, Centered. Author Name(s) (First Name SURNAME)</w:t>
      </w:r>
    </w:p>
    <w:p w:rsidR="00713612" w:rsidRDefault="00713612">
      <w:pPr>
        <w:rPr>
          <w:b/>
        </w:rPr>
      </w:pPr>
    </w:p>
    <w:p w:rsidR="00713612" w:rsidRDefault="00E107B0">
      <w:pPr>
        <w:rPr>
          <w:b/>
        </w:rPr>
      </w:pPr>
      <w:r>
        <w:rPr>
          <w:b/>
        </w:rPr>
        <w:t xml:space="preserve">ÖZ / </w:t>
      </w:r>
      <w:r w:rsidRPr="00E107B0">
        <w:rPr>
          <w:b/>
        </w:rPr>
        <w:t>ABSTRACT</w:t>
      </w:r>
    </w:p>
    <w:p w:rsidR="00EE0149" w:rsidRDefault="008F1BDF">
      <w:r>
        <w:t>(</w:t>
      </w:r>
      <w:proofErr w:type="spellStart"/>
      <w:r w:rsidR="00A06200">
        <w:t>Başlık</w:t>
      </w:r>
      <w:proofErr w:type="spellEnd"/>
      <w:r w:rsidR="00A06200">
        <w:t xml:space="preserve">: 12 </w:t>
      </w:r>
      <w:proofErr w:type="spellStart"/>
      <w:r w:rsidR="00A06200">
        <w:t>nk</w:t>
      </w:r>
      <w:proofErr w:type="spellEnd"/>
      <w:r w:rsidR="00A06200">
        <w:t xml:space="preserve"> </w:t>
      </w:r>
      <w:proofErr w:type="spellStart"/>
      <w:r w:rsidR="00A06200">
        <w:t>Kalın</w:t>
      </w:r>
      <w:proofErr w:type="spellEnd"/>
      <w:r w:rsidR="00A06200">
        <w:t>. Metin: 11 n</w:t>
      </w:r>
      <w:r w:rsidR="00E107B0">
        <w:t xml:space="preserve">k, 200–300 </w:t>
      </w:r>
      <w:proofErr w:type="spellStart"/>
      <w:r w:rsidR="00E107B0">
        <w:t>kelime</w:t>
      </w:r>
      <w:proofErr w:type="spellEnd"/>
      <w:r w:rsidR="00E107B0">
        <w:t xml:space="preserve">, </w:t>
      </w:r>
      <w:proofErr w:type="spellStart"/>
      <w:r w:rsidR="00E107B0">
        <w:t>tek</w:t>
      </w:r>
      <w:proofErr w:type="spellEnd"/>
      <w:r w:rsidR="00E107B0">
        <w:t xml:space="preserve"> paragraph / </w:t>
      </w:r>
      <w:r w:rsidR="00E107B0" w:rsidRPr="00E107B0">
        <w:rPr>
          <w:b/>
        </w:rPr>
        <w:t xml:space="preserve">Heading: 12 </w:t>
      </w:r>
      <w:proofErr w:type="spellStart"/>
      <w:r w:rsidR="00E107B0" w:rsidRPr="00E107B0">
        <w:rPr>
          <w:b/>
        </w:rPr>
        <w:t>pt</w:t>
      </w:r>
      <w:proofErr w:type="spellEnd"/>
      <w:r w:rsidR="00E107B0" w:rsidRPr="00E107B0">
        <w:rPr>
          <w:b/>
        </w:rPr>
        <w:t xml:space="preserve">, Bold. Text: 11 </w:t>
      </w:r>
      <w:proofErr w:type="spellStart"/>
      <w:r w:rsidR="00E107B0" w:rsidRPr="00E107B0">
        <w:rPr>
          <w:b/>
        </w:rPr>
        <w:t>pt</w:t>
      </w:r>
      <w:proofErr w:type="spellEnd"/>
      <w:r w:rsidR="00E107B0" w:rsidRPr="00E107B0">
        <w:rPr>
          <w:b/>
        </w:rPr>
        <w:t>, Regular, Single paragraph, 200–300</w:t>
      </w:r>
      <w:r w:rsidR="00893669">
        <w:rPr>
          <w:b/>
        </w:rPr>
        <w:t xml:space="preserve"> words, written as a single paragraph</w:t>
      </w:r>
      <w:r w:rsidR="00E107B0" w:rsidRPr="00E107B0">
        <w:rPr>
          <w:b/>
        </w:rPr>
        <w:t>.</w:t>
      </w:r>
      <w:r>
        <w:rPr>
          <w:b/>
        </w:rPr>
        <w:t>)</w:t>
      </w:r>
    </w:p>
    <w:p w:rsidR="00713612" w:rsidRDefault="00713612"/>
    <w:p w:rsidR="00EE0149" w:rsidRDefault="00A06200">
      <w:r>
        <w:rPr>
          <w:b/>
        </w:rPr>
        <w:t>ANAHTAR KELİMELER / KEYWORDS</w:t>
      </w:r>
    </w:p>
    <w:p w:rsidR="00EE0149" w:rsidRPr="00E107B0" w:rsidRDefault="008F1BDF">
      <w:pPr>
        <w:rPr>
          <w:b/>
        </w:rPr>
      </w:pPr>
      <w:r>
        <w:t>(</w:t>
      </w:r>
      <w:r w:rsidR="00A06200">
        <w:t xml:space="preserve">11 </w:t>
      </w:r>
      <w:proofErr w:type="spellStart"/>
      <w:r w:rsidR="00A06200">
        <w:t>nk</w:t>
      </w:r>
      <w:proofErr w:type="spellEnd"/>
      <w:r w:rsidR="00A06200">
        <w:t xml:space="preserve">, 3–5 </w:t>
      </w:r>
      <w:proofErr w:type="spellStart"/>
      <w:r w:rsidR="00A06200">
        <w:t>anahtar</w:t>
      </w:r>
      <w:proofErr w:type="spellEnd"/>
      <w:r w:rsidR="00A06200">
        <w:t xml:space="preserve"> </w:t>
      </w:r>
      <w:proofErr w:type="spellStart"/>
      <w:r w:rsidR="00A06200">
        <w:t>kelime</w:t>
      </w:r>
      <w:proofErr w:type="spellEnd"/>
      <w:r w:rsidR="00E107B0">
        <w:t xml:space="preserve"> (</w:t>
      </w:r>
      <w:proofErr w:type="spellStart"/>
      <w:r w:rsidR="00E107B0">
        <w:t>alfabetik</w:t>
      </w:r>
      <w:proofErr w:type="spellEnd"/>
      <w:r w:rsidR="00E107B0">
        <w:t xml:space="preserve"> </w:t>
      </w:r>
      <w:proofErr w:type="spellStart"/>
      <w:r w:rsidR="00E107B0">
        <w:t>sıra</w:t>
      </w:r>
      <w:proofErr w:type="spellEnd"/>
      <w:r w:rsidR="00E107B0">
        <w:t xml:space="preserve">) / </w:t>
      </w:r>
      <w:r w:rsidR="00E107B0" w:rsidRPr="00E107B0">
        <w:rPr>
          <w:b/>
        </w:rPr>
        <w:t xml:space="preserve">11 </w:t>
      </w:r>
      <w:proofErr w:type="spellStart"/>
      <w:r w:rsidR="00E107B0" w:rsidRPr="00E107B0">
        <w:rPr>
          <w:b/>
        </w:rPr>
        <w:t>pt</w:t>
      </w:r>
      <w:proofErr w:type="spellEnd"/>
      <w:r w:rsidR="00E107B0" w:rsidRPr="00E107B0">
        <w:rPr>
          <w:b/>
        </w:rPr>
        <w:t>, Regular. 3–5 keywords (listed in alphabetical order).</w:t>
      </w:r>
    </w:p>
    <w:p w:rsidR="00EE0149" w:rsidRDefault="00EE0149"/>
    <w:p w:rsidR="00713612" w:rsidRDefault="00713612">
      <w:pPr>
        <w:rPr>
          <w:b/>
        </w:rPr>
      </w:pPr>
      <w:r>
        <w:rPr>
          <w:b/>
        </w:rPr>
        <w:t>1. GİRİŞ</w:t>
      </w:r>
      <w:r w:rsidR="00E107B0">
        <w:rPr>
          <w:b/>
        </w:rPr>
        <w:t xml:space="preserve"> /</w:t>
      </w:r>
      <w:r>
        <w:rPr>
          <w:b/>
        </w:rPr>
        <w:t xml:space="preserve"> </w:t>
      </w:r>
      <w:r w:rsidR="00E107B0" w:rsidRPr="00E107B0">
        <w:rPr>
          <w:b/>
        </w:rPr>
        <w:t>INTRODUCTION</w:t>
      </w:r>
    </w:p>
    <w:p w:rsidR="00EE0149" w:rsidRPr="00E107B0" w:rsidRDefault="008F1BDF" w:rsidP="00E107B0">
      <w:pPr>
        <w:rPr>
          <w:b/>
        </w:rPr>
      </w:pPr>
      <w:r>
        <w:t>(</w:t>
      </w:r>
      <w:proofErr w:type="spellStart"/>
      <w:r w:rsidR="00A06200">
        <w:t>Başlık</w:t>
      </w:r>
      <w:proofErr w:type="spellEnd"/>
      <w:r w:rsidR="00A06200">
        <w:t xml:space="preserve">: 12 </w:t>
      </w:r>
      <w:proofErr w:type="spellStart"/>
      <w:r w:rsidR="00A06200">
        <w:t>nk</w:t>
      </w:r>
      <w:proofErr w:type="spellEnd"/>
      <w:r w:rsidR="00A06200">
        <w:t xml:space="preserve"> </w:t>
      </w:r>
      <w:proofErr w:type="spellStart"/>
      <w:r w:rsidR="00A06200">
        <w:t>Kalın</w:t>
      </w:r>
      <w:proofErr w:type="spellEnd"/>
      <w:r w:rsidR="00A06200">
        <w:t xml:space="preserve">. </w:t>
      </w:r>
      <w:proofErr w:type="spellStart"/>
      <w:r w:rsidR="00A06200">
        <w:t>Metin</w:t>
      </w:r>
      <w:proofErr w:type="spellEnd"/>
      <w:r w:rsidR="00A06200">
        <w:t xml:space="preserve">: 12 </w:t>
      </w:r>
      <w:proofErr w:type="spellStart"/>
      <w:r w:rsidR="00A06200">
        <w:t>nk</w:t>
      </w:r>
      <w:proofErr w:type="spellEnd"/>
      <w:r w:rsidR="00A06200">
        <w:t>.</w:t>
      </w:r>
      <w:r w:rsidR="00E107B0">
        <w:t xml:space="preserve"> /</w:t>
      </w:r>
      <w:r w:rsidR="00E107B0" w:rsidRPr="00E107B0">
        <w:rPr>
          <w:b/>
        </w:rPr>
        <w:t xml:space="preserve"> </w:t>
      </w:r>
      <w:r w:rsidR="00E107B0" w:rsidRPr="00E107B0">
        <w:rPr>
          <w:b/>
        </w:rPr>
        <w:t>Hea</w:t>
      </w:r>
      <w:r w:rsidR="00E107B0" w:rsidRPr="00E107B0">
        <w:rPr>
          <w:b/>
        </w:rPr>
        <w:t xml:space="preserve">ding: 12 </w:t>
      </w:r>
      <w:proofErr w:type="spellStart"/>
      <w:r w:rsidR="00E107B0" w:rsidRPr="00E107B0">
        <w:rPr>
          <w:b/>
        </w:rPr>
        <w:t>pt</w:t>
      </w:r>
      <w:proofErr w:type="spellEnd"/>
      <w:r w:rsidR="00E107B0" w:rsidRPr="00E107B0">
        <w:rPr>
          <w:b/>
        </w:rPr>
        <w:t xml:space="preserve">, Bold. Text: 12 </w:t>
      </w:r>
      <w:proofErr w:type="spellStart"/>
      <w:r w:rsidR="00E107B0" w:rsidRPr="00E107B0">
        <w:rPr>
          <w:b/>
        </w:rPr>
        <w:t>pt</w:t>
      </w:r>
      <w:proofErr w:type="spellEnd"/>
      <w:r w:rsidR="00EC06EF" w:rsidRPr="00EC06EF">
        <w:rPr>
          <w:b/>
        </w:rPr>
        <w:t>)</w:t>
      </w:r>
    </w:p>
    <w:p w:rsidR="00713612" w:rsidRDefault="00713612">
      <w:pPr>
        <w:rPr>
          <w:b/>
        </w:rPr>
      </w:pPr>
    </w:p>
    <w:p w:rsidR="00EE0149" w:rsidRDefault="00A06200">
      <w:r>
        <w:rPr>
          <w:b/>
        </w:rPr>
        <w:t>2. LİTERATÜR / LITERATURE REVIEW</w:t>
      </w:r>
    </w:p>
    <w:p w:rsidR="00EE0149" w:rsidRPr="00E107B0" w:rsidRDefault="00EC06EF">
      <w:pPr>
        <w:rPr>
          <w:b/>
        </w:rPr>
      </w:pPr>
      <w:r w:rsidRPr="00EC06EF">
        <w:t>(</w:t>
      </w:r>
      <w:proofErr w:type="spellStart"/>
      <w:r w:rsidR="00A06200">
        <w:t>Başlık</w:t>
      </w:r>
      <w:proofErr w:type="spellEnd"/>
      <w:r w:rsidR="00A06200">
        <w:t xml:space="preserve">: 12 </w:t>
      </w:r>
      <w:proofErr w:type="spellStart"/>
      <w:r w:rsidR="00A06200">
        <w:t>nk</w:t>
      </w:r>
      <w:proofErr w:type="spellEnd"/>
      <w:r w:rsidR="00A06200">
        <w:t xml:space="preserve"> </w:t>
      </w:r>
      <w:proofErr w:type="spellStart"/>
      <w:r w:rsidR="00A06200">
        <w:t>Kalın</w:t>
      </w:r>
      <w:proofErr w:type="spellEnd"/>
      <w:r w:rsidR="00A06200">
        <w:t xml:space="preserve">. </w:t>
      </w:r>
      <w:proofErr w:type="spellStart"/>
      <w:r w:rsidR="00A06200">
        <w:t>Metin</w:t>
      </w:r>
      <w:proofErr w:type="spellEnd"/>
      <w:r w:rsidR="00A06200">
        <w:t xml:space="preserve">: 12 </w:t>
      </w:r>
      <w:proofErr w:type="spellStart"/>
      <w:r w:rsidR="00A06200">
        <w:t>nk</w:t>
      </w:r>
      <w:proofErr w:type="spellEnd"/>
      <w:r w:rsidR="00A06200">
        <w:t>.</w:t>
      </w:r>
      <w:r w:rsidR="00E107B0">
        <w:t xml:space="preserve"> / </w:t>
      </w:r>
      <w:r w:rsidR="00E107B0" w:rsidRPr="00E107B0">
        <w:rPr>
          <w:b/>
        </w:rPr>
        <w:t xml:space="preserve">Heading: 12 </w:t>
      </w:r>
      <w:proofErr w:type="spellStart"/>
      <w:r w:rsidR="00E107B0" w:rsidRPr="00E107B0">
        <w:rPr>
          <w:b/>
        </w:rPr>
        <w:t>pt</w:t>
      </w:r>
      <w:proofErr w:type="spellEnd"/>
      <w:r w:rsidR="00E107B0" w:rsidRPr="00E107B0">
        <w:rPr>
          <w:b/>
        </w:rPr>
        <w:t xml:space="preserve">, Bold. Text: 12 </w:t>
      </w:r>
      <w:proofErr w:type="spellStart"/>
      <w:r w:rsidR="00E107B0" w:rsidRPr="00E107B0">
        <w:rPr>
          <w:b/>
        </w:rPr>
        <w:t>pt</w:t>
      </w:r>
      <w:proofErr w:type="spellEnd"/>
      <w:r w:rsidRPr="00EC06EF">
        <w:rPr>
          <w:b/>
        </w:rPr>
        <w:t>)</w:t>
      </w:r>
    </w:p>
    <w:p w:rsidR="00713612" w:rsidRDefault="00713612"/>
    <w:p w:rsidR="00EE0149" w:rsidRDefault="00A06200">
      <w:r>
        <w:rPr>
          <w:b/>
        </w:rPr>
        <w:t>3. YÖNTEM / METHODOLOGY</w:t>
      </w:r>
    </w:p>
    <w:p w:rsidR="00EE0149" w:rsidRDefault="00EC06EF">
      <w:r w:rsidRPr="00EC06EF">
        <w:t>(</w:t>
      </w:r>
      <w:proofErr w:type="spellStart"/>
      <w:r w:rsidR="00A06200">
        <w:t>Başlık</w:t>
      </w:r>
      <w:proofErr w:type="spellEnd"/>
      <w:r w:rsidR="00A06200">
        <w:t xml:space="preserve">: 12 </w:t>
      </w:r>
      <w:proofErr w:type="spellStart"/>
      <w:r w:rsidR="00A06200">
        <w:t>nk</w:t>
      </w:r>
      <w:proofErr w:type="spellEnd"/>
      <w:r w:rsidR="00A06200">
        <w:t xml:space="preserve"> </w:t>
      </w:r>
      <w:proofErr w:type="spellStart"/>
      <w:r w:rsidR="00A06200">
        <w:t>Kalın</w:t>
      </w:r>
      <w:proofErr w:type="spellEnd"/>
      <w:r w:rsidR="00A06200">
        <w:t xml:space="preserve">. </w:t>
      </w:r>
      <w:proofErr w:type="spellStart"/>
      <w:r w:rsidR="00A06200">
        <w:t>Metin</w:t>
      </w:r>
      <w:proofErr w:type="spellEnd"/>
      <w:r w:rsidR="00A06200">
        <w:t xml:space="preserve">: 12 </w:t>
      </w:r>
      <w:proofErr w:type="spellStart"/>
      <w:r w:rsidR="00A06200">
        <w:t>nk</w:t>
      </w:r>
      <w:proofErr w:type="spellEnd"/>
      <w:r w:rsidR="00A06200">
        <w:t>.</w:t>
      </w:r>
      <w:r w:rsidR="00E107B0">
        <w:t xml:space="preserve"> / </w:t>
      </w:r>
      <w:r w:rsidR="00E107B0" w:rsidRPr="00E107B0">
        <w:rPr>
          <w:b/>
        </w:rPr>
        <w:t xml:space="preserve">Heading: 12 </w:t>
      </w:r>
      <w:proofErr w:type="spellStart"/>
      <w:r w:rsidR="00E107B0" w:rsidRPr="00E107B0">
        <w:rPr>
          <w:b/>
        </w:rPr>
        <w:t>pt</w:t>
      </w:r>
      <w:proofErr w:type="spellEnd"/>
      <w:r w:rsidR="00E107B0" w:rsidRPr="00E107B0">
        <w:rPr>
          <w:b/>
        </w:rPr>
        <w:t xml:space="preserve">, Bold. Text: 12 </w:t>
      </w:r>
      <w:proofErr w:type="spellStart"/>
      <w:r w:rsidR="00E107B0" w:rsidRPr="00E107B0">
        <w:rPr>
          <w:b/>
        </w:rPr>
        <w:t>pt</w:t>
      </w:r>
      <w:proofErr w:type="spellEnd"/>
      <w:r w:rsidRPr="00EC06EF">
        <w:rPr>
          <w:b/>
        </w:rPr>
        <w:t>)</w:t>
      </w:r>
    </w:p>
    <w:p w:rsidR="00713612" w:rsidRDefault="00713612"/>
    <w:p w:rsidR="00EE0149" w:rsidRDefault="00A06200">
      <w:r>
        <w:rPr>
          <w:b/>
        </w:rPr>
        <w:t>4. BULGULAR / FINDINGS</w:t>
      </w:r>
    </w:p>
    <w:p w:rsidR="00EE0149" w:rsidRPr="00E107B0" w:rsidRDefault="00893669">
      <w:pPr>
        <w:rPr>
          <w:b/>
        </w:rPr>
      </w:pPr>
      <w:r>
        <w:t>(</w:t>
      </w:r>
      <w:proofErr w:type="spellStart"/>
      <w:r w:rsidR="00A06200">
        <w:t>Başlık</w:t>
      </w:r>
      <w:proofErr w:type="spellEnd"/>
      <w:r w:rsidR="00A06200">
        <w:t xml:space="preserve">: 12 </w:t>
      </w:r>
      <w:proofErr w:type="spellStart"/>
      <w:r w:rsidR="00A06200">
        <w:t>nk</w:t>
      </w:r>
      <w:proofErr w:type="spellEnd"/>
      <w:r w:rsidR="00A06200">
        <w:t xml:space="preserve"> </w:t>
      </w:r>
      <w:proofErr w:type="spellStart"/>
      <w:r w:rsidR="00A06200">
        <w:t>Kalın</w:t>
      </w:r>
      <w:proofErr w:type="spellEnd"/>
      <w:r w:rsidR="00A06200">
        <w:t xml:space="preserve">. Tablo başlığı üstte (11 nk), şekil </w:t>
      </w:r>
      <w:proofErr w:type="spellStart"/>
      <w:r w:rsidR="00A06200">
        <w:t>başlı</w:t>
      </w:r>
      <w:r w:rsidR="00A06200">
        <w:t>ğı</w:t>
      </w:r>
      <w:proofErr w:type="spellEnd"/>
      <w:r w:rsidR="00A06200">
        <w:t xml:space="preserve"> </w:t>
      </w:r>
      <w:proofErr w:type="spellStart"/>
      <w:r w:rsidR="00A06200">
        <w:t>altta</w:t>
      </w:r>
      <w:proofErr w:type="spellEnd"/>
      <w:r w:rsidR="00A06200">
        <w:t xml:space="preserve"> (11 </w:t>
      </w:r>
      <w:proofErr w:type="spellStart"/>
      <w:r w:rsidR="00A06200">
        <w:t>nk</w:t>
      </w:r>
      <w:proofErr w:type="spellEnd"/>
      <w:r w:rsidR="00A06200">
        <w:t>).</w:t>
      </w:r>
      <w:r w:rsidR="00E107B0">
        <w:t xml:space="preserve"> / </w:t>
      </w:r>
      <w:r w:rsidR="00E107B0" w:rsidRPr="00E107B0">
        <w:rPr>
          <w:b/>
        </w:rPr>
        <w:t xml:space="preserve">Heading: 12 </w:t>
      </w:r>
      <w:proofErr w:type="spellStart"/>
      <w:r w:rsidR="00E107B0" w:rsidRPr="00E107B0">
        <w:rPr>
          <w:b/>
        </w:rPr>
        <w:t>pt</w:t>
      </w:r>
      <w:proofErr w:type="spellEnd"/>
      <w:r w:rsidR="00E107B0" w:rsidRPr="00E107B0">
        <w:rPr>
          <w:b/>
        </w:rPr>
        <w:t xml:space="preserve">, Bold. Table captions: 11 </w:t>
      </w:r>
      <w:proofErr w:type="spellStart"/>
      <w:r w:rsidR="00E107B0" w:rsidRPr="00E107B0">
        <w:rPr>
          <w:b/>
        </w:rPr>
        <w:t>pt</w:t>
      </w:r>
      <w:proofErr w:type="spellEnd"/>
      <w:r w:rsidR="00E107B0" w:rsidRPr="00E107B0">
        <w:rPr>
          <w:b/>
        </w:rPr>
        <w:t xml:space="preserve">, placed above the table. Figure captions: 11 </w:t>
      </w:r>
      <w:proofErr w:type="spellStart"/>
      <w:r w:rsidR="00E107B0" w:rsidRPr="00E107B0">
        <w:rPr>
          <w:b/>
        </w:rPr>
        <w:t>pt</w:t>
      </w:r>
      <w:proofErr w:type="spellEnd"/>
      <w:r w:rsidR="00E107B0" w:rsidRPr="00E107B0">
        <w:rPr>
          <w:b/>
        </w:rPr>
        <w:t>, placed below the figure.</w:t>
      </w:r>
      <w:r w:rsidR="00EC06EF" w:rsidRPr="00EC06EF">
        <w:rPr>
          <w:b/>
        </w:rPr>
        <w:t>)</w:t>
      </w:r>
    </w:p>
    <w:p w:rsidR="00713612" w:rsidRDefault="00713612">
      <w:pPr>
        <w:rPr>
          <w:b/>
        </w:rPr>
      </w:pPr>
    </w:p>
    <w:p w:rsidR="00EE0149" w:rsidRDefault="00A06200">
      <w:r>
        <w:rPr>
          <w:b/>
        </w:rPr>
        <w:t>5. TARTIŞMA / DISCUSSION</w:t>
      </w:r>
    </w:p>
    <w:p w:rsidR="00EE0149" w:rsidRDefault="00EC06EF">
      <w:r w:rsidRPr="00EC06EF">
        <w:t>(</w:t>
      </w:r>
      <w:proofErr w:type="spellStart"/>
      <w:r w:rsidR="00A06200">
        <w:t>Başlık</w:t>
      </w:r>
      <w:proofErr w:type="spellEnd"/>
      <w:r w:rsidR="00A06200">
        <w:t xml:space="preserve">: 12 </w:t>
      </w:r>
      <w:proofErr w:type="spellStart"/>
      <w:r w:rsidR="00A06200">
        <w:t>nk</w:t>
      </w:r>
      <w:proofErr w:type="spellEnd"/>
      <w:r w:rsidR="00A06200">
        <w:t xml:space="preserve"> </w:t>
      </w:r>
      <w:proofErr w:type="spellStart"/>
      <w:r w:rsidR="00A06200">
        <w:t>Kalın</w:t>
      </w:r>
      <w:proofErr w:type="spellEnd"/>
      <w:r w:rsidR="00A06200">
        <w:t xml:space="preserve">. </w:t>
      </w:r>
      <w:proofErr w:type="spellStart"/>
      <w:r w:rsidR="00A06200">
        <w:t>Metin</w:t>
      </w:r>
      <w:proofErr w:type="spellEnd"/>
      <w:r w:rsidR="00A06200">
        <w:t xml:space="preserve">: 12 </w:t>
      </w:r>
      <w:proofErr w:type="spellStart"/>
      <w:r w:rsidR="00A06200">
        <w:t>nk</w:t>
      </w:r>
      <w:proofErr w:type="spellEnd"/>
      <w:r w:rsidR="00A06200">
        <w:t>.</w:t>
      </w:r>
      <w:r w:rsidR="00E107B0">
        <w:t xml:space="preserve"> / </w:t>
      </w:r>
      <w:r w:rsidR="00E107B0" w:rsidRPr="00E107B0">
        <w:rPr>
          <w:b/>
        </w:rPr>
        <w:t xml:space="preserve">Heading: 12 </w:t>
      </w:r>
      <w:proofErr w:type="spellStart"/>
      <w:r w:rsidR="00E107B0" w:rsidRPr="00E107B0">
        <w:rPr>
          <w:b/>
        </w:rPr>
        <w:t>pt</w:t>
      </w:r>
      <w:proofErr w:type="spellEnd"/>
      <w:r w:rsidR="00E107B0" w:rsidRPr="00E107B0">
        <w:rPr>
          <w:b/>
        </w:rPr>
        <w:t xml:space="preserve">, Bold. Text: 12 </w:t>
      </w:r>
      <w:proofErr w:type="spellStart"/>
      <w:r w:rsidR="00E107B0" w:rsidRPr="00E107B0">
        <w:rPr>
          <w:b/>
        </w:rPr>
        <w:t>pt</w:t>
      </w:r>
      <w:proofErr w:type="spellEnd"/>
      <w:r w:rsidRPr="00EC06EF">
        <w:rPr>
          <w:b/>
        </w:rPr>
        <w:t>)</w:t>
      </w:r>
    </w:p>
    <w:p w:rsidR="00713612" w:rsidRDefault="00713612">
      <w:pPr>
        <w:rPr>
          <w:b/>
        </w:rPr>
      </w:pPr>
    </w:p>
    <w:p w:rsidR="00EE0149" w:rsidRDefault="00A06200">
      <w:r>
        <w:rPr>
          <w:b/>
        </w:rPr>
        <w:t>6. SONUÇ / CONCLUSION</w:t>
      </w:r>
    </w:p>
    <w:p w:rsidR="00EE0149" w:rsidRDefault="00EC06EF">
      <w:r w:rsidRPr="00EC06EF">
        <w:t>(</w:t>
      </w:r>
      <w:proofErr w:type="spellStart"/>
      <w:r w:rsidR="00A06200">
        <w:t>Başlık</w:t>
      </w:r>
      <w:proofErr w:type="spellEnd"/>
      <w:r w:rsidR="00A06200">
        <w:t xml:space="preserve">: 12 </w:t>
      </w:r>
      <w:proofErr w:type="spellStart"/>
      <w:r w:rsidR="00A06200">
        <w:t>nk</w:t>
      </w:r>
      <w:proofErr w:type="spellEnd"/>
      <w:r w:rsidR="00A06200">
        <w:t xml:space="preserve"> </w:t>
      </w:r>
      <w:proofErr w:type="spellStart"/>
      <w:r w:rsidR="00A06200">
        <w:t>Kalın</w:t>
      </w:r>
      <w:proofErr w:type="spellEnd"/>
      <w:r w:rsidR="00A06200">
        <w:t xml:space="preserve">. </w:t>
      </w:r>
      <w:proofErr w:type="spellStart"/>
      <w:r w:rsidR="00A06200">
        <w:t>Metin</w:t>
      </w:r>
      <w:proofErr w:type="spellEnd"/>
      <w:r w:rsidR="00A06200">
        <w:t xml:space="preserve">: 12 </w:t>
      </w:r>
      <w:proofErr w:type="spellStart"/>
      <w:r w:rsidR="00A06200">
        <w:t>nk</w:t>
      </w:r>
      <w:proofErr w:type="spellEnd"/>
      <w:r w:rsidR="00A06200">
        <w:t>.</w:t>
      </w:r>
      <w:r w:rsidR="00E107B0">
        <w:t xml:space="preserve"> / </w:t>
      </w:r>
      <w:r w:rsidR="00E107B0" w:rsidRPr="00E107B0">
        <w:rPr>
          <w:b/>
        </w:rPr>
        <w:t xml:space="preserve">Heading: 12 </w:t>
      </w:r>
      <w:proofErr w:type="spellStart"/>
      <w:r w:rsidR="00E107B0" w:rsidRPr="00E107B0">
        <w:rPr>
          <w:b/>
        </w:rPr>
        <w:t>pt</w:t>
      </w:r>
      <w:proofErr w:type="spellEnd"/>
      <w:r w:rsidR="00E107B0" w:rsidRPr="00E107B0">
        <w:rPr>
          <w:b/>
        </w:rPr>
        <w:t xml:space="preserve">, Bold. Text: 12 </w:t>
      </w:r>
      <w:proofErr w:type="spellStart"/>
      <w:r w:rsidR="00E107B0" w:rsidRPr="00E107B0">
        <w:rPr>
          <w:b/>
        </w:rPr>
        <w:t>pt</w:t>
      </w:r>
      <w:proofErr w:type="spellEnd"/>
      <w:r w:rsidRPr="00EC06EF">
        <w:rPr>
          <w:b/>
        </w:rPr>
        <w:t>)</w:t>
      </w:r>
    </w:p>
    <w:p w:rsidR="00713612" w:rsidRDefault="00713612">
      <w:pPr>
        <w:rPr>
          <w:b/>
        </w:rPr>
      </w:pPr>
    </w:p>
    <w:p w:rsidR="00EE0149" w:rsidRDefault="00A06200">
      <w:r>
        <w:rPr>
          <w:b/>
        </w:rPr>
        <w:t>KAYNAKÇA / REFERENCES</w:t>
      </w:r>
    </w:p>
    <w:p w:rsidR="00EE0149" w:rsidRDefault="00EC06EF">
      <w:r w:rsidRPr="00EC06EF">
        <w:t>(</w:t>
      </w:r>
      <w:r w:rsidR="00A06200">
        <w:t xml:space="preserve">APA 7. Metin: 11 nk, </w:t>
      </w:r>
      <w:proofErr w:type="spellStart"/>
      <w:r w:rsidR="00A06200">
        <w:t>asılı</w:t>
      </w:r>
      <w:proofErr w:type="spellEnd"/>
      <w:r w:rsidR="00A06200">
        <w:t xml:space="preserve"> </w:t>
      </w:r>
      <w:proofErr w:type="spellStart"/>
      <w:r w:rsidR="00A06200">
        <w:t>girinti</w:t>
      </w:r>
      <w:proofErr w:type="spellEnd"/>
      <w:r w:rsidR="00A06200">
        <w:t xml:space="preserve"> 1,25 cm.</w:t>
      </w:r>
      <w:r w:rsidR="00E107B0">
        <w:t xml:space="preserve"> / </w:t>
      </w:r>
      <w:r w:rsidR="00E107B0" w:rsidRPr="00E107B0">
        <w:rPr>
          <w:b/>
        </w:rPr>
        <w:t xml:space="preserve">APA 7th Edition. Text: 11 </w:t>
      </w:r>
      <w:proofErr w:type="spellStart"/>
      <w:r w:rsidR="00E107B0" w:rsidRPr="00E107B0">
        <w:rPr>
          <w:b/>
        </w:rPr>
        <w:t>pt</w:t>
      </w:r>
      <w:proofErr w:type="spellEnd"/>
      <w:r w:rsidR="00E107B0" w:rsidRPr="00E107B0">
        <w:rPr>
          <w:b/>
        </w:rPr>
        <w:t>, Regular, with a 1.25 cm hanging indent.</w:t>
      </w:r>
      <w:r>
        <w:rPr>
          <w:b/>
        </w:rPr>
        <w:t>)</w:t>
      </w:r>
    </w:p>
    <w:p w:rsidR="00EE0149" w:rsidRDefault="00EE0149"/>
    <w:sectPr w:rsidR="00EE0149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200" w:rsidRDefault="00A06200" w:rsidP="00713612">
      <w:pPr>
        <w:spacing w:after="0"/>
      </w:pPr>
      <w:r>
        <w:separator/>
      </w:r>
    </w:p>
  </w:endnote>
  <w:endnote w:type="continuationSeparator" w:id="0">
    <w:p w:rsidR="00A06200" w:rsidRDefault="00A06200" w:rsidP="007136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200" w:rsidRDefault="00A06200" w:rsidP="00713612">
      <w:pPr>
        <w:spacing w:after="0"/>
      </w:pPr>
      <w:r>
        <w:separator/>
      </w:r>
    </w:p>
  </w:footnote>
  <w:footnote w:type="continuationSeparator" w:id="0">
    <w:p w:rsidR="00A06200" w:rsidRDefault="00A06200" w:rsidP="00713612">
      <w:pPr>
        <w:spacing w:after="0"/>
      </w:pPr>
      <w:r>
        <w:continuationSeparator/>
      </w:r>
    </w:p>
  </w:footnote>
  <w:footnote w:id="1">
    <w:p w:rsidR="00713612" w:rsidRPr="00713612" w:rsidRDefault="00713612">
      <w:pPr>
        <w:pStyle w:val="DipnotMetni"/>
        <w:rPr>
          <w:lang w:val="tr-TR"/>
        </w:rPr>
      </w:pPr>
      <w:r>
        <w:rPr>
          <w:rStyle w:val="DipnotBavurusu"/>
        </w:rPr>
        <w:footnoteRef/>
      </w:r>
      <w:r>
        <w:t xml:space="preserve"> </w:t>
      </w:r>
      <w:proofErr w:type="spellStart"/>
      <w:r>
        <w:t>Unvan</w:t>
      </w:r>
      <w:proofErr w:type="spellEnd"/>
      <w:r>
        <w:t xml:space="preserve">, </w:t>
      </w:r>
      <w:proofErr w:type="spellStart"/>
      <w:r>
        <w:t>Kurum</w:t>
      </w:r>
      <w:proofErr w:type="spellEnd"/>
      <w:r>
        <w:t>, ORCID, E-</w:t>
      </w:r>
      <w:proofErr w:type="spellStart"/>
      <w:r>
        <w:t>posta</w:t>
      </w:r>
      <w:proofErr w:type="spellEnd"/>
      <w:r>
        <w:t>.</w:t>
      </w:r>
    </w:p>
  </w:footnote>
  <w:footnote w:id="2">
    <w:p w:rsidR="00893669" w:rsidRPr="00893669" w:rsidRDefault="00893669">
      <w:pPr>
        <w:pStyle w:val="DipnotMetni"/>
        <w:rPr>
          <w:lang w:val="tr-TR"/>
        </w:rPr>
      </w:pPr>
      <w:r>
        <w:rPr>
          <w:rStyle w:val="DipnotBavurusu"/>
        </w:rPr>
        <w:footnoteRef/>
      </w:r>
      <w:r>
        <w:t xml:space="preserve"> </w:t>
      </w:r>
      <w:r w:rsidRPr="00893669">
        <w:t>Academic Title, Affiliation, ORCID, E-mail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13612"/>
    <w:rsid w:val="00893669"/>
    <w:rsid w:val="008F1BDF"/>
    <w:rsid w:val="009C3318"/>
    <w:rsid w:val="00A06200"/>
    <w:rsid w:val="00AA1D8D"/>
    <w:rsid w:val="00B47730"/>
    <w:rsid w:val="00B61678"/>
    <w:rsid w:val="00CB0664"/>
    <w:rsid w:val="00E107B0"/>
    <w:rsid w:val="00EC06EF"/>
    <w:rsid w:val="00EE01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BAAAF"/>
  <w14:defaultImageDpi w14:val="300"/>
  <w15:docId w15:val="{6C861FDD-15A9-499E-A942-821426E4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120" w:line="240" w:lineRule="auto"/>
      <w:ind w:firstLine="425"/>
    </w:pPr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  <w:ind w:firstLine="425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DipnotMetni">
    <w:name w:val="footnote text"/>
    <w:basedOn w:val="Normal"/>
    <w:link w:val="DipnotMetniChar"/>
    <w:uiPriority w:val="99"/>
    <w:semiHidden/>
    <w:unhideWhenUsed/>
    <w:rsid w:val="00713612"/>
    <w:pPr>
      <w:spacing w:after="0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713612"/>
    <w:rPr>
      <w:rFonts w:ascii="Times New Roman" w:hAnsi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7136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B5B82D-5BD4-4639-A6D6-138DB823C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4</cp:revision>
  <dcterms:created xsi:type="dcterms:W3CDTF">2026-07-22T11:02:00Z</dcterms:created>
  <dcterms:modified xsi:type="dcterms:W3CDTF">2026-07-22T11:12:00Z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5137a247-e831-449e-a424-4bf3b3f3cf01</vt:lpwstr>
  </property>
</Properties>
</file>